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2312E" w14:textId="77777777" w:rsidR="003A1033" w:rsidRDefault="002C514C">
      <w:r>
        <w:rPr>
          <w:noProof/>
        </w:rPr>
        <w:drawing>
          <wp:inline distT="0" distB="0" distL="0" distR="0" wp14:anchorId="0C7B9CC3" wp14:editId="7D39A4E6">
            <wp:extent cx="5760000" cy="2225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82_OsterCamp2026_Header_Aushan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73CD" w14:textId="77777777" w:rsidR="003A1033" w:rsidRDefault="002C514C">
      <w:pPr>
        <w:spacing w:after="40"/>
        <w:jc w:val="center"/>
      </w:pPr>
      <w:r>
        <w:rPr>
          <w:b/>
          <w:sz w:val="30"/>
        </w:rPr>
        <w:t>OsterCamp 2026 – Saisonvorbereitung &amp; Tennisfähigkeiten-Verbesserung</w:t>
      </w:r>
    </w:p>
    <w:p w14:paraId="28983AE4" w14:textId="77777777" w:rsidR="003A1033" w:rsidRDefault="002C514C">
      <w:pPr>
        <w:spacing w:after="40"/>
        <w:jc w:val="center"/>
      </w:pPr>
      <w:r>
        <w:rPr>
          <w:sz w:val="20"/>
        </w:rPr>
        <w:t>Fit in die Sommersaison 2026! Intensives Technik- und Matchtraining für Erwachsene – ideal zum Wiedereinstieg nach der Winterpause und zur gezielten Verbesserung Ihrer Tennisfähigkeiten.</w:t>
      </w:r>
    </w:p>
    <w:p w14:paraId="7318183D" w14:textId="77777777" w:rsidR="003A1033" w:rsidRDefault="002C514C">
      <w:pPr>
        <w:spacing w:after="80"/>
        <w:jc w:val="center"/>
      </w:pPr>
      <w:r>
        <w:rPr>
          <w:sz w:val="19"/>
        </w:rPr>
        <w:t>Anmeldung &amp; Kontakt: Stefan Becker · Mobil 0177 6121075 · E-Mail: stefan@filzkugel.com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0"/>
        <w:gridCol w:w="5270"/>
      </w:tblGrid>
      <w:tr w:rsidR="003A1033" w14:paraId="574360BA" w14:textId="77777777">
        <w:tc>
          <w:tcPr>
            <w:tcW w:w="5270" w:type="dxa"/>
          </w:tcPr>
          <w:p w14:paraId="7E66CD13" w14:textId="77777777" w:rsidR="003A1033" w:rsidRDefault="003A1033"/>
          <w:p w14:paraId="48D647EA" w14:textId="77777777" w:rsidR="003A1033" w:rsidRDefault="002C514C">
            <w:pPr>
              <w:spacing w:after="40"/>
            </w:pPr>
            <w:r>
              <w:rPr>
                <w:b/>
              </w:rPr>
              <w:t>Termine (bitte ankreuzen)</w:t>
            </w:r>
          </w:p>
          <w:tbl>
            <w:tblPr>
              <w:tblW w:w="5270" w:type="dxa"/>
              <w:tblLayout w:type="fixed"/>
              <w:tblLook w:val="04A0" w:firstRow="1" w:lastRow="0" w:firstColumn="1" w:lastColumn="0" w:noHBand="0" w:noVBand="1"/>
            </w:tblPr>
            <w:tblGrid>
              <w:gridCol w:w="269"/>
              <w:gridCol w:w="5001"/>
            </w:tblGrid>
            <w:tr w:rsidR="003A1033" w14:paraId="507EBC71" w14:textId="77777777" w:rsidTr="005D5D6A">
              <w:trPr>
                <w:trHeight w:hRule="exact" w:val="238"/>
              </w:trPr>
              <w:tc>
                <w:tcPr>
                  <w:tcW w:w="26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5F91B924" w14:textId="77777777" w:rsidR="003A1033" w:rsidRDefault="003A1033"/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7891D0" w14:textId="77777777" w:rsidR="003A1033" w:rsidRDefault="002C514C">
                  <w:pPr>
                    <w:spacing w:after="40"/>
                  </w:pPr>
                  <w:r>
                    <w:rPr>
                      <w:sz w:val="18"/>
                    </w:rPr>
                    <w:t>Camp 1: Mo. 30.03.2026 – Do. 02.04.2026</w:t>
                  </w:r>
                </w:p>
              </w:tc>
            </w:tr>
          </w:tbl>
          <w:p w14:paraId="291019D6" w14:textId="77777777" w:rsidR="003A1033" w:rsidRDefault="003A1033"/>
          <w:tbl>
            <w:tblPr>
              <w:tblW w:w="5270" w:type="dxa"/>
              <w:tblLayout w:type="fixed"/>
              <w:tblLook w:val="04A0" w:firstRow="1" w:lastRow="0" w:firstColumn="1" w:lastColumn="0" w:noHBand="0" w:noVBand="1"/>
            </w:tblPr>
            <w:tblGrid>
              <w:gridCol w:w="269"/>
              <w:gridCol w:w="5001"/>
            </w:tblGrid>
            <w:tr w:rsidR="003A1033" w14:paraId="7568716F" w14:textId="77777777" w:rsidTr="005D5D6A">
              <w:trPr>
                <w:trHeight w:hRule="exact" w:val="238"/>
              </w:trPr>
              <w:tc>
                <w:tcPr>
                  <w:tcW w:w="26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69BBF7F6" w14:textId="77777777" w:rsidR="003A1033" w:rsidRDefault="003A1033"/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2494AC" w14:textId="77777777" w:rsidR="003A1033" w:rsidRDefault="002C514C">
                  <w:pPr>
                    <w:spacing w:after="40"/>
                  </w:pPr>
                  <w:r>
                    <w:rPr>
                      <w:sz w:val="18"/>
                    </w:rPr>
                    <w:t>Camp 2: Di. 07.04.2026 – Fr. 10.04.2026</w:t>
                  </w:r>
                </w:p>
              </w:tc>
            </w:tr>
          </w:tbl>
          <w:p w14:paraId="42D49F58" w14:textId="77777777" w:rsidR="003A1033" w:rsidRDefault="003A1033"/>
          <w:p w14:paraId="71F1BBB9" w14:textId="77777777" w:rsidR="003A1033" w:rsidRDefault="002C514C">
            <w:pPr>
              <w:spacing w:after="40"/>
            </w:pPr>
            <w:r>
              <w:rPr>
                <w:b/>
              </w:rPr>
              <w:t>Trainingszeit</w:t>
            </w:r>
          </w:p>
          <w:p w14:paraId="61BB905B" w14:textId="77777777" w:rsidR="003A1033" w:rsidRDefault="002C514C">
            <w:pPr>
              <w:spacing w:after="40"/>
            </w:pPr>
            <w:r>
              <w:rPr>
                <w:sz w:val="18"/>
              </w:rPr>
              <w:t>Täglich von 18:00 – 20:00 Uhr</w:t>
            </w:r>
            <w:r>
              <w:rPr>
                <w:sz w:val="18"/>
              </w:rPr>
              <w:br/>
              <w:t>Alternative Trainingszeit (optional):</w:t>
            </w:r>
          </w:p>
          <w:tbl>
            <w:tblPr>
              <w:tblW w:w="5270" w:type="dxa"/>
              <w:tblLayout w:type="fixed"/>
              <w:tblLook w:val="04A0" w:firstRow="1" w:lastRow="0" w:firstColumn="1" w:lastColumn="0" w:noHBand="0" w:noVBand="1"/>
            </w:tblPr>
            <w:tblGrid>
              <w:gridCol w:w="269"/>
              <w:gridCol w:w="5001"/>
            </w:tblGrid>
            <w:tr w:rsidR="003A1033" w14:paraId="4ED0D07E" w14:textId="77777777" w:rsidTr="005D5D6A">
              <w:trPr>
                <w:trHeight w:hRule="exact" w:val="238"/>
              </w:trPr>
              <w:tc>
                <w:tcPr>
                  <w:tcW w:w="26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739DDF7A" w14:textId="77777777" w:rsidR="003A1033" w:rsidRDefault="003A1033"/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934528" w14:textId="77777777" w:rsidR="003A1033" w:rsidRDefault="002C514C">
                  <w:pPr>
                    <w:spacing w:after="40"/>
                  </w:pPr>
                  <w:r>
                    <w:rPr>
                      <w:sz w:val="18"/>
                    </w:rPr>
                    <w:t>16:00 – 18:00 Uhr wäre für mich ebenfalls möglich</w:t>
                  </w:r>
                </w:p>
              </w:tc>
            </w:tr>
          </w:tbl>
          <w:p w14:paraId="3BDB5E1F" w14:textId="77777777" w:rsidR="003A1033" w:rsidRDefault="003A1033"/>
        </w:tc>
        <w:tc>
          <w:tcPr>
            <w:tcW w:w="5270" w:type="dxa"/>
          </w:tcPr>
          <w:p w14:paraId="69B697C3" w14:textId="77777777" w:rsidR="003A1033" w:rsidRDefault="003A1033"/>
          <w:p w14:paraId="1CE8FF24" w14:textId="77777777" w:rsidR="003A1033" w:rsidRDefault="002C514C">
            <w:pPr>
              <w:spacing w:after="40"/>
            </w:pPr>
            <w:r>
              <w:rPr>
                <w:b/>
              </w:rPr>
              <w:t>Teilnahmegebühr</w:t>
            </w:r>
          </w:p>
          <w:p w14:paraId="3190BFC0" w14:textId="77777777" w:rsidR="003A1033" w:rsidRDefault="002C514C">
            <w:pPr>
              <w:spacing w:after="60"/>
            </w:pPr>
            <w:r>
              <w:rPr>
                <w:sz w:val="18"/>
              </w:rPr>
              <w:t>Frühbucher (bis 01.03.2026):</w:t>
            </w:r>
            <w:r>
              <w:rPr>
                <w:sz w:val="18"/>
              </w:rPr>
              <w:br/>
              <w:t>Mitglieder 89,– € · Nichtmitglieder 109,– €</w:t>
            </w:r>
            <w:r>
              <w:rPr>
                <w:sz w:val="18"/>
              </w:rPr>
              <w:br/>
              <w:t>Normal (ab 02.03.2026):</w:t>
            </w:r>
            <w:r>
              <w:rPr>
                <w:sz w:val="18"/>
              </w:rPr>
              <w:br/>
              <w:t>Mitglieder 99,– € · Nichtmitglieder 119,– €</w:t>
            </w:r>
          </w:p>
          <w:p w14:paraId="19190105" w14:textId="77777777" w:rsidR="003A1033" w:rsidRDefault="002C514C">
            <w:pPr>
              <w:spacing w:after="40"/>
            </w:pPr>
            <w:r>
              <w:rPr>
                <w:b/>
              </w:rPr>
              <w:t>Zahlung</w:t>
            </w:r>
          </w:p>
          <w:p w14:paraId="6F48CF3E" w14:textId="77777777" w:rsidR="003A1033" w:rsidRDefault="002C514C">
            <w:pPr>
              <w:spacing w:after="40"/>
            </w:pPr>
            <w:r>
              <w:rPr>
                <w:sz w:val="17"/>
              </w:rPr>
              <w:t>Überweisung (oder Bar am 1. Tag):</w:t>
            </w:r>
            <w:r>
              <w:rPr>
                <w:sz w:val="17"/>
              </w:rPr>
              <w:br/>
            </w:r>
            <w:r>
              <w:rPr>
                <w:sz w:val="17"/>
              </w:rPr>
              <w:t>IBAN: DE71 3015 0200 1004 1747 59</w:t>
            </w:r>
            <w:r>
              <w:rPr>
                <w:sz w:val="17"/>
              </w:rPr>
              <w:br/>
              <w:t>Kontoinhaber: Stefan Becker</w:t>
            </w:r>
            <w:r>
              <w:rPr>
                <w:sz w:val="17"/>
              </w:rPr>
              <w:br/>
              <w:t>Bank: Kreissparkasse Düsseldorf</w:t>
            </w:r>
            <w:r>
              <w:rPr>
                <w:sz w:val="17"/>
              </w:rPr>
              <w:br/>
              <w:t>Fristen: Frühbucher bis 15.03.2026 · Normal bis 25.03.2026</w:t>
            </w:r>
          </w:p>
        </w:tc>
      </w:tr>
    </w:tbl>
    <w:p w14:paraId="4EE2AC4A" w14:textId="77777777" w:rsidR="003A1033" w:rsidRDefault="002C514C">
      <w:pPr>
        <w:spacing w:after="40"/>
      </w:pPr>
      <w:r>
        <w:rPr>
          <w:b/>
          <w:sz w:val="23"/>
        </w:rPr>
        <w:t>Ort</w:t>
      </w:r>
    </w:p>
    <w:p w14:paraId="68F88239" w14:textId="77777777" w:rsidR="003A1033" w:rsidRDefault="002C514C">
      <w:pPr>
        <w:spacing w:after="40"/>
      </w:pPr>
      <w:r>
        <w:rPr>
          <w:sz w:val="18"/>
        </w:rPr>
        <w:t>Tennishalle des TC 82 Erkrath (Training ausschließlich in der Tennishalle).</w:t>
      </w:r>
    </w:p>
    <w:p w14:paraId="20A8C1C4" w14:textId="77777777" w:rsidR="003A1033" w:rsidRDefault="002C514C">
      <w:r>
        <w:rPr>
          <w:noProof/>
        </w:rPr>
        <w:drawing>
          <wp:inline distT="0" distB="0" distL="0" distR="0" wp14:anchorId="2778175F" wp14:editId="45256F41">
            <wp:extent cx="2970725" cy="198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nishalle TC 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72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35C1" w14:textId="77777777" w:rsidR="003A1033" w:rsidRDefault="002C514C">
      <w:pPr>
        <w:spacing w:after="40"/>
      </w:pPr>
      <w:r>
        <w:rPr>
          <w:b/>
          <w:sz w:val="23"/>
        </w:rPr>
        <w:t>Inhalte (grober Ablauf)</w:t>
      </w:r>
    </w:p>
    <w:p w14:paraId="7300CD68" w14:textId="77777777" w:rsidR="003A1033" w:rsidRDefault="002C514C">
      <w:pPr>
        <w:spacing w:after="20"/>
      </w:pPr>
      <w:r>
        <w:rPr>
          <w:sz w:val="18"/>
        </w:rPr>
        <w:t>Tag 1: Vorhand · Tag 2: Rückhand · Tag 3: Slice, Volley &amp; Aufschlag · Tag 4: Matchpraxis</w:t>
      </w:r>
    </w:p>
    <w:p w14:paraId="00D4F3A4" w14:textId="77777777" w:rsidR="003A1033" w:rsidRDefault="002C514C">
      <w:pPr>
        <w:spacing w:after="0"/>
      </w:pPr>
      <w:r>
        <w:rPr>
          <w:sz w:val="17"/>
        </w:rPr>
        <w:t>(Ablauf grob – Anpassungen je nach Gruppe möglich.)  |  Teilnehmerzahl: 6–12 Personen pro Camp</w:t>
      </w:r>
    </w:p>
    <w:p w14:paraId="04937A94" w14:textId="77777777" w:rsidR="003A1033" w:rsidRDefault="002C514C">
      <w:r>
        <w:br w:type="page"/>
      </w:r>
    </w:p>
    <w:p w14:paraId="28D22263" w14:textId="77777777" w:rsidR="003A1033" w:rsidRDefault="002C514C">
      <w:pPr>
        <w:spacing w:after="40"/>
      </w:pPr>
      <w:r>
        <w:rPr>
          <w:b/>
          <w:sz w:val="23"/>
        </w:rPr>
        <w:lastRenderedPageBreak/>
        <w:t>Teilnehmerdaten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0"/>
        <w:gridCol w:w="5270"/>
      </w:tblGrid>
      <w:tr w:rsidR="003A1033" w14:paraId="30ABBBD0" w14:textId="77777777">
        <w:trPr>
          <w:trHeight w:hRule="exact" w:val="351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207DEBCB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Vorname: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19CB8B4D" w14:textId="77777777" w:rsidR="003A1033" w:rsidRDefault="003A1033">
            <w:pPr>
              <w:spacing w:after="40"/>
            </w:pPr>
          </w:p>
        </w:tc>
      </w:tr>
      <w:tr w:rsidR="003A1033" w14:paraId="4F821829" w14:textId="77777777">
        <w:trPr>
          <w:trHeight w:hRule="exact" w:val="351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4750EA8C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Nachname: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0642E61A" w14:textId="77777777" w:rsidR="003A1033" w:rsidRDefault="003A1033">
            <w:pPr>
              <w:spacing w:after="40"/>
            </w:pPr>
          </w:p>
        </w:tc>
      </w:tr>
      <w:tr w:rsidR="003A1033" w14:paraId="2CEAA644" w14:textId="77777777">
        <w:trPr>
          <w:trHeight w:hRule="exact" w:val="351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4CE5B6E2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Geburtsjahr: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23A5DBB6" w14:textId="77777777" w:rsidR="003A1033" w:rsidRDefault="003A1033">
            <w:pPr>
              <w:spacing w:after="40"/>
            </w:pPr>
          </w:p>
        </w:tc>
      </w:tr>
    </w:tbl>
    <w:p w14:paraId="40F94DAE" w14:textId="77777777" w:rsidR="003A1033" w:rsidRDefault="002C514C">
      <w:pPr>
        <w:spacing w:after="20"/>
      </w:pPr>
      <w:r>
        <w:rPr>
          <w:sz w:val="18"/>
        </w:rPr>
        <w:t>Vereinsmitglied TC 82: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5020"/>
        <w:gridCol w:w="236"/>
        <w:gridCol w:w="5034"/>
      </w:tblGrid>
      <w:tr w:rsidR="003A1033" w14:paraId="18C71C42" w14:textId="77777777" w:rsidTr="005D5D6A">
        <w:trPr>
          <w:trHeight w:hRule="exact" w:val="238"/>
        </w:trPr>
        <w:tc>
          <w:tcPr>
            <w:tcW w:w="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25D0EC" w14:textId="77777777" w:rsidR="003A1033" w:rsidRDefault="003A1033"/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</w:tcPr>
          <w:p w14:paraId="40CCB6DD" w14:textId="77777777" w:rsidR="003A1033" w:rsidRDefault="002C514C">
            <w:pPr>
              <w:spacing w:after="40"/>
            </w:pPr>
            <w:r>
              <w:rPr>
                <w:sz w:val="18"/>
              </w:rPr>
              <w:t>Ja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9020EB" w14:textId="77777777" w:rsidR="003A1033" w:rsidRDefault="003A1033"/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1C4B88AD" w14:textId="77777777" w:rsidR="003A1033" w:rsidRDefault="002C514C">
            <w:pPr>
              <w:spacing w:after="40"/>
            </w:pPr>
            <w:r>
              <w:rPr>
                <w:sz w:val="18"/>
              </w:rPr>
              <w:t>Nein</w:t>
            </w:r>
          </w:p>
        </w:tc>
      </w:tr>
      <w:tr w:rsidR="003A1033" w14:paraId="7E459327" w14:textId="77777777">
        <w:trPr>
          <w:trHeight w:hRule="exact" w:val="351"/>
        </w:trPr>
        <w:tc>
          <w:tcPr>
            <w:tcW w:w="5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3C76D" w14:textId="77777777" w:rsidR="003A1033" w:rsidRDefault="002C514C">
            <w:pPr>
              <w:spacing w:after="40"/>
            </w:pPr>
            <w:proofErr w:type="spellStart"/>
            <w:r>
              <w:rPr>
                <w:b/>
                <w:sz w:val="18"/>
              </w:rPr>
              <w:t>Straße</w:t>
            </w:r>
            <w:proofErr w:type="spellEnd"/>
            <w:r>
              <w:rPr>
                <w:b/>
                <w:sz w:val="18"/>
              </w:rPr>
              <w:t>: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255663F6" w14:textId="77777777" w:rsidR="003A1033" w:rsidRDefault="003A1033">
            <w:pPr>
              <w:spacing w:after="40"/>
            </w:pPr>
          </w:p>
        </w:tc>
      </w:tr>
      <w:tr w:rsidR="003A1033" w14:paraId="28B7D14F" w14:textId="77777777">
        <w:trPr>
          <w:trHeight w:hRule="exact" w:val="351"/>
        </w:trPr>
        <w:tc>
          <w:tcPr>
            <w:tcW w:w="5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B479D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PLZ / Ort: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6D672308" w14:textId="77777777" w:rsidR="003A1033" w:rsidRDefault="003A1033">
            <w:pPr>
              <w:spacing w:after="40"/>
            </w:pPr>
          </w:p>
        </w:tc>
      </w:tr>
      <w:tr w:rsidR="003A1033" w14:paraId="5212FB08" w14:textId="77777777">
        <w:trPr>
          <w:trHeight w:hRule="exact" w:val="351"/>
        </w:trPr>
        <w:tc>
          <w:tcPr>
            <w:tcW w:w="5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590A7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E-Mail: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37EB1F0D" w14:textId="77777777" w:rsidR="003A1033" w:rsidRDefault="003A1033">
            <w:pPr>
              <w:spacing w:after="40"/>
            </w:pPr>
          </w:p>
        </w:tc>
      </w:tr>
      <w:tr w:rsidR="003A1033" w14:paraId="60B731DA" w14:textId="77777777">
        <w:trPr>
          <w:trHeight w:hRule="exact" w:val="351"/>
        </w:trPr>
        <w:tc>
          <w:tcPr>
            <w:tcW w:w="5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53C6C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Telefon / Mobil: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3E5BBEE5" w14:textId="77777777" w:rsidR="003A1033" w:rsidRDefault="003A1033">
            <w:pPr>
              <w:spacing w:after="40"/>
            </w:pPr>
          </w:p>
        </w:tc>
      </w:tr>
    </w:tbl>
    <w:p w14:paraId="6F007027" w14:textId="77777777" w:rsidR="003A1033" w:rsidRDefault="002C514C">
      <w:pPr>
        <w:spacing w:after="40"/>
      </w:pPr>
      <w:r>
        <w:rPr>
          <w:sz w:val="18"/>
        </w:rPr>
        <w:t>Spielniveau: ☐ Anfänger   ☐ spiele schon länger Tennis   ☐ Mannschaftsspieler   LK: _______</w:t>
      </w:r>
    </w:p>
    <w:p w14:paraId="7EDB80F3" w14:textId="77777777" w:rsidR="003A1033" w:rsidRDefault="002C514C">
      <w:pPr>
        <w:spacing w:after="40"/>
      </w:pPr>
      <w:r>
        <w:rPr>
          <w:b/>
          <w:sz w:val="18"/>
        </w:rPr>
        <w:t>Sonderwünsche / Hinweise (Training, Essen, Sonstiges):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540"/>
      </w:tblGrid>
      <w:tr w:rsidR="003A1033" w14:paraId="7886CF5C" w14:textId="77777777">
        <w:trPr>
          <w:trHeight w:hRule="exact" w:val="1304"/>
        </w:trPr>
        <w:tc>
          <w:tcPr>
            <w:tcW w:w="10540" w:type="dxa"/>
            <w:tcBorders>
              <w:top w:val="single" w:sz="10" w:space="0" w:color="C0C0C0"/>
              <w:left w:val="single" w:sz="10" w:space="0" w:color="C0C0C0"/>
              <w:bottom w:val="single" w:sz="10" w:space="0" w:color="C0C0C0"/>
              <w:right w:val="single" w:sz="10" w:space="0" w:color="C0C0C0"/>
            </w:tcBorders>
          </w:tcPr>
          <w:p w14:paraId="45EEE2FD" w14:textId="77777777" w:rsidR="003A1033" w:rsidRDefault="003A1033"/>
        </w:tc>
      </w:tr>
    </w:tbl>
    <w:p w14:paraId="66CDF940" w14:textId="77777777" w:rsidR="003A1033" w:rsidRDefault="002C514C">
      <w:pPr>
        <w:spacing w:after="40"/>
      </w:pPr>
      <w:r>
        <w:rPr>
          <w:b/>
        </w:rPr>
        <w:t>WhatsApp-Gruppe (optional)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5020"/>
        <w:gridCol w:w="236"/>
        <w:gridCol w:w="5034"/>
      </w:tblGrid>
      <w:tr w:rsidR="003A1033" w14:paraId="5A172929" w14:textId="77777777">
        <w:tc>
          <w:tcPr>
            <w:tcW w:w="10540" w:type="dxa"/>
            <w:gridSpan w:val="4"/>
            <w:tcBorders>
              <w:top w:val="single" w:sz="10" w:space="0" w:color="D0D0D0"/>
              <w:left w:val="single" w:sz="10" w:space="0" w:color="D0D0D0"/>
              <w:bottom w:val="single" w:sz="10" w:space="0" w:color="D0D0D0"/>
              <w:right w:val="single" w:sz="10" w:space="0" w:color="D0D0D0"/>
            </w:tcBorders>
            <w:shd w:val="clear" w:color="auto" w:fill="F5F5F5"/>
          </w:tcPr>
          <w:p w14:paraId="06DFFDC5" w14:textId="77777777" w:rsidR="003A1033" w:rsidRDefault="002C514C">
            <w:pPr>
              <w:spacing w:after="0"/>
            </w:pPr>
            <w:r>
              <w:rPr>
                <w:sz w:val="18"/>
              </w:rPr>
              <w:t>Einwilligung WhatsApp-Gruppe (Organisation/Infos): freiwillig, jederzeit austretbar.</w:t>
            </w:r>
          </w:p>
        </w:tc>
      </w:tr>
      <w:tr w:rsidR="003A1033" w14:paraId="0E336174" w14:textId="77777777" w:rsidTr="005D5D6A">
        <w:trPr>
          <w:trHeight w:hRule="exact" w:val="238"/>
        </w:trPr>
        <w:tc>
          <w:tcPr>
            <w:tcW w:w="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92E562" w14:textId="77777777" w:rsidR="003A1033" w:rsidRDefault="003A1033"/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</w:tcPr>
          <w:p w14:paraId="2F76B220" w14:textId="77777777" w:rsidR="003A1033" w:rsidRDefault="002C514C">
            <w:pPr>
              <w:spacing w:after="40"/>
            </w:pPr>
            <w:r>
              <w:rPr>
                <w:sz w:val="18"/>
              </w:rPr>
              <w:t>Ja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9C4113" w14:textId="77777777" w:rsidR="003A1033" w:rsidRDefault="003A1033"/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407972BC" w14:textId="77777777" w:rsidR="003A1033" w:rsidRDefault="002C514C">
            <w:pPr>
              <w:spacing w:after="40"/>
            </w:pPr>
            <w:r>
              <w:rPr>
                <w:sz w:val="18"/>
              </w:rPr>
              <w:t>Nein</w:t>
            </w:r>
          </w:p>
        </w:tc>
      </w:tr>
    </w:tbl>
    <w:p w14:paraId="642E59BC" w14:textId="77777777" w:rsidR="003A1033" w:rsidRDefault="002C514C">
      <w:pPr>
        <w:spacing w:after="40"/>
      </w:pPr>
      <w:proofErr w:type="spellStart"/>
      <w:r>
        <w:rPr>
          <w:b/>
        </w:rPr>
        <w:t>Abschlussessen</w:t>
      </w:r>
      <w:proofErr w:type="spellEnd"/>
      <w:r>
        <w:rPr>
          <w:b/>
        </w:rPr>
        <w:t xml:space="preserve"> (optional)</w:t>
      </w:r>
    </w:p>
    <w:p w14:paraId="61355CC8" w14:textId="77777777" w:rsidR="003A1033" w:rsidRDefault="002C514C">
      <w:pPr>
        <w:spacing w:after="20"/>
      </w:pPr>
      <w:r>
        <w:rPr>
          <w:sz w:val="18"/>
        </w:rPr>
        <w:t>Abschluss-Buffet am letzten Camptag: 25,– € (inkl. 1 Getränk).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5020"/>
        <w:gridCol w:w="236"/>
        <w:gridCol w:w="5034"/>
      </w:tblGrid>
      <w:tr w:rsidR="003A1033" w14:paraId="1842C86D" w14:textId="77777777" w:rsidTr="005D5D6A">
        <w:trPr>
          <w:trHeight w:hRule="exact" w:val="238"/>
        </w:trPr>
        <w:tc>
          <w:tcPr>
            <w:tcW w:w="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355C8A" w14:textId="77777777" w:rsidR="003A1033" w:rsidRDefault="003A1033"/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</w:tcPr>
          <w:p w14:paraId="352C0BF3" w14:textId="77777777" w:rsidR="003A1033" w:rsidRDefault="002C514C">
            <w:pPr>
              <w:spacing w:after="40"/>
            </w:pPr>
            <w:r>
              <w:rPr>
                <w:sz w:val="18"/>
              </w:rPr>
              <w:t>Ja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33FBE" w14:textId="77777777" w:rsidR="003A1033" w:rsidRDefault="003A1033"/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44414D64" w14:textId="77777777" w:rsidR="003A1033" w:rsidRDefault="002C514C">
            <w:pPr>
              <w:spacing w:after="40"/>
            </w:pPr>
            <w:r>
              <w:rPr>
                <w:sz w:val="18"/>
              </w:rPr>
              <w:t>Nein</w:t>
            </w:r>
          </w:p>
        </w:tc>
      </w:tr>
    </w:tbl>
    <w:p w14:paraId="550FC1EE" w14:textId="77777777" w:rsidR="003A1033" w:rsidRDefault="002C514C">
      <w:r>
        <w:br w:type="page"/>
      </w:r>
    </w:p>
    <w:p w14:paraId="588FBA7A" w14:textId="77777777" w:rsidR="003A1033" w:rsidRDefault="002C514C">
      <w:pPr>
        <w:spacing w:after="40"/>
      </w:pPr>
      <w:r>
        <w:rPr>
          <w:b/>
          <w:sz w:val="23"/>
        </w:rPr>
        <w:lastRenderedPageBreak/>
        <w:t>Hinweise</w:t>
      </w:r>
    </w:p>
    <w:p w14:paraId="1CF1AD32" w14:textId="77777777" w:rsidR="003A1033" w:rsidRDefault="002C514C">
      <w:pPr>
        <w:spacing w:after="20"/>
      </w:pPr>
      <w:r>
        <w:rPr>
          <w:sz w:val="18"/>
        </w:rPr>
        <w:t>• Bitte Hallenschuhe mit glatten, nicht färbenden Sohlen mitbringen.</w:t>
      </w:r>
    </w:p>
    <w:p w14:paraId="7E8E0697" w14:textId="77777777" w:rsidR="003A1033" w:rsidRDefault="002C514C">
      <w:pPr>
        <w:spacing w:after="20"/>
      </w:pPr>
      <w:r>
        <w:rPr>
          <w:sz w:val="18"/>
        </w:rPr>
        <w:t>• Durchführung nur bei Erreichen der Mindestteilnehmerzahl.</w:t>
      </w:r>
    </w:p>
    <w:p w14:paraId="299FCE3C" w14:textId="77777777" w:rsidR="003A1033" w:rsidRDefault="002C514C">
      <w:pPr>
        <w:spacing w:after="20"/>
      </w:pPr>
      <w:r>
        <w:rPr>
          <w:sz w:val="18"/>
        </w:rPr>
        <w:t>• Nicht wahrgenommene Einheiten können nicht erstattet werden.</w:t>
      </w:r>
    </w:p>
    <w:p w14:paraId="72B7A58A" w14:textId="77777777" w:rsidR="003A1033" w:rsidRDefault="002C514C">
      <w:pPr>
        <w:spacing w:after="40"/>
      </w:pPr>
      <w:r>
        <w:rPr>
          <w:b/>
          <w:sz w:val="23"/>
        </w:rPr>
        <w:t>Datenschutz &amp; Foto-/Videoeinwilligung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540"/>
      </w:tblGrid>
      <w:tr w:rsidR="003A1033" w14:paraId="39258CD0" w14:textId="77777777">
        <w:tc>
          <w:tcPr>
            <w:tcW w:w="10540" w:type="dxa"/>
            <w:tcBorders>
              <w:top w:val="single" w:sz="10" w:space="0" w:color="D0D0D0"/>
              <w:left w:val="single" w:sz="10" w:space="0" w:color="D0D0D0"/>
              <w:bottom w:val="single" w:sz="10" w:space="0" w:color="D0D0D0"/>
              <w:right w:val="single" w:sz="10" w:space="0" w:color="D0D0D0"/>
            </w:tcBorders>
            <w:shd w:val="clear" w:color="auto" w:fill="F5F5F5"/>
          </w:tcPr>
          <w:p w14:paraId="0A56A5DC" w14:textId="77777777" w:rsidR="003A1033" w:rsidRDefault="002C514C">
            <w:pPr>
              <w:spacing w:after="0"/>
            </w:pPr>
            <w:r>
              <w:rPr>
                <w:sz w:val="17"/>
              </w:rPr>
              <w:t>Hinweis WhatsApp: Kommunikation über externen Dienst (WhatsApp Ireland Limited); mögliche Verarbeitung außerhalb der EU. Freiwillig auf Grundlage Ihrer Einwilligung (Art. 6 Abs. 1 lit. a DSGVO).</w:t>
            </w:r>
          </w:p>
        </w:tc>
      </w:tr>
    </w:tbl>
    <w:p w14:paraId="7097E1A0" w14:textId="77777777" w:rsidR="003A1033" w:rsidRDefault="002C514C">
      <w:pPr>
        <w:spacing w:after="20"/>
      </w:pPr>
      <w:r>
        <w:rPr>
          <w:sz w:val="18"/>
        </w:rPr>
        <w:t>Ich willige ein, dass der TC 82 e. V. Erkrath meine Daten für Organisation/Durchführung verarbeitet. Foto-/Videoaufnahmen dürfen für Vereins-/Öffentlichkeitsarbeit genutzt werden (Website, Social Media, Presse, Vereinsmaterial). Widerruf jederzeit für die Zukunft, keine Vergütung.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878"/>
        <w:gridCol w:w="236"/>
        <w:gridCol w:w="5034"/>
      </w:tblGrid>
      <w:tr w:rsidR="003A1033" w14:paraId="5B005E48" w14:textId="77777777" w:rsidTr="005D5D6A">
        <w:trPr>
          <w:trHeight w:hRule="exact" w:val="238"/>
        </w:trPr>
        <w:tc>
          <w:tcPr>
            <w:tcW w:w="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B79DB5" w14:textId="77777777" w:rsidR="003A1033" w:rsidRDefault="003A1033"/>
        </w:tc>
        <w:tc>
          <w:tcPr>
            <w:tcW w:w="4878" w:type="dxa"/>
            <w:tcBorders>
              <w:top w:val="nil"/>
              <w:left w:val="nil"/>
              <w:bottom w:val="nil"/>
              <w:right w:val="nil"/>
            </w:tcBorders>
          </w:tcPr>
          <w:p w14:paraId="5829CF7E" w14:textId="77777777" w:rsidR="003A1033" w:rsidRDefault="002C514C">
            <w:pPr>
              <w:spacing w:after="40"/>
            </w:pPr>
            <w:r>
              <w:rPr>
                <w:sz w:val="18"/>
              </w:rPr>
              <w:t>Ja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09EB17" w14:textId="77777777" w:rsidR="003A1033" w:rsidRDefault="003A1033"/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328CB4C9" w14:textId="77777777" w:rsidR="003A1033" w:rsidRDefault="002C514C">
            <w:pPr>
              <w:spacing w:after="40"/>
            </w:pPr>
            <w:r>
              <w:rPr>
                <w:sz w:val="18"/>
              </w:rPr>
              <w:t>Nein</w:t>
            </w:r>
          </w:p>
        </w:tc>
      </w:tr>
    </w:tbl>
    <w:p w14:paraId="382DD323" w14:textId="77777777" w:rsidR="003A1033" w:rsidRDefault="003A1033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0"/>
        <w:gridCol w:w="5270"/>
      </w:tblGrid>
      <w:tr w:rsidR="003A1033" w14:paraId="386C9E52" w14:textId="77777777">
        <w:trPr>
          <w:trHeight w:hRule="exact" w:val="51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5109BD88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Ort / Datum: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7DB8DFBF" w14:textId="77777777" w:rsidR="003A1033" w:rsidRDefault="003A1033">
            <w:pPr>
              <w:spacing w:after="40"/>
            </w:pPr>
          </w:p>
        </w:tc>
      </w:tr>
      <w:tr w:rsidR="003A1033" w14:paraId="065658C7" w14:textId="77777777">
        <w:trPr>
          <w:trHeight w:hRule="exact" w:val="51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3A02740D" w14:textId="77777777" w:rsidR="003A1033" w:rsidRDefault="002C514C">
            <w:pPr>
              <w:spacing w:after="40"/>
            </w:pPr>
            <w:r>
              <w:rPr>
                <w:b/>
                <w:sz w:val="18"/>
              </w:rPr>
              <w:t>Unterschrift: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10" w:space="0" w:color="777777"/>
              <w:right w:val="nil"/>
            </w:tcBorders>
          </w:tcPr>
          <w:p w14:paraId="0B2ADC69" w14:textId="77777777" w:rsidR="003A1033" w:rsidRDefault="003A1033">
            <w:pPr>
              <w:spacing w:after="40"/>
            </w:pPr>
          </w:p>
        </w:tc>
      </w:tr>
    </w:tbl>
    <w:p w14:paraId="39987959" w14:textId="77777777" w:rsidR="003A1033" w:rsidRDefault="002C514C">
      <w:pPr>
        <w:spacing w:after="40"/>
      </w:pPr>
      <w:r>
        <w:rPr>
          <w:b/>
          <w:sz w:val="23"/>
        </w:rPr>
        <w:t>AGB – Tennistraining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540"/>
      </w:tblGrid>
      <w:tr w:rsidR="003A1033" w14:paraId="682A5600" w14:textId="77777777">
        <w:tc>
          <w:tcPr>
            <w:tcW w:w="10540" w:type="dxa"/>
            <w:tcBorders>
              <w:top w:val="single" w:sz="10" w:space="0" w:color="D0D0D0"/>
              <w:left w:val="single" w:sz="10" w:space="0" w:color="D0D0D0"/>
              <w:bottom w:val="single" w:sz="10" w:space="0" w:color="D0D0D0"/>
              <w:right w:val="single" w:sz="10" w:space="0" w:color="D0D0D0"/>
            </w:tcBorders>
            <w:shd w:val="clear" w:color="auto" w:fill="F5F5F5"/>
          </w:tcPr>
          <w:p w14:paraId="297427DF" w14:textId="77777777" w:rsidR="003A1033" w:rsidRDefault="002C514C">
            <w:pPr>
              <w:spacing w:after="0"/>
            </w:pPr>
            <w:r>
              <w:rPr>
                <w:sz w:val="16"/>
              </w:rPr>
              <w:t>1. Geltungsbereich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t>Diese AGB gelten für alle vom Tennistrainer / vom TC 82 e. V. Erkrath angebotenen Camps/Trainingsmaßnahmen.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2. Anmeldung/Vertrag</w:t>
            </w:r>
            <w:r>
              <w:rPr>
                <w:sz w:val="16"/>
              </w:rPr>
              <w:br/>
              <w:t>Anmeldung schriftlich; mit Anmeldung kommt ein verbindlicher Vertrag zustande.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3. Teilnahme</w:t>
            </w:r>
            <w:r>
              <w:rPr>
                <w:sz w:val="16"/>
              </w:rPr>
              <w:br/>
              <w:t>Teilnahme auf eigene Verantwortung; sportgesund; Einschränkungen vorab mitteilen.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4. Durchführung</w:t>
            </w:r>
            <w:r>
              <w:rPr>
                <w:sz w:val="16"/>
              </w:rPr>
              <w:br/>
              <w:t>Trainer darf Inhalte/Methoden/Gruppen anpassen; kein Anspruch auf bestimmte Gruppe/Person.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5. Mindestteilnehmerzahl/Absage</w:t>
            </w:r>
            <w:r>
              <w:rPr>
                <w:sz w:val="16"/>
              </w:rPr>
              <w:br/>
              <w:t>Durchführung nur bei Mindestteilnehmerzahl; Absage aus wichtigem G</w:t>
            </w:r>
            <w:r>
              <w:rPr>
                <w:sz w:val="16"/>
              </w:rPr>
              <w:t>rund (z. B. Krankheit, höhere Gewalt) möglich; Gebühren werden erstattet.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6. Rücktritt/Nichtteilnahme</w:t>
            </w:r>
            <w:r>
              <w:rPr>
                <w:sz w:val="16"/>
              </w:rPr>
              <w:br/>
              <w:t>Bei Rücktritt/Nichterscheinen keine Erstattung; nicht wahrgenommene Einheiten verfallen.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6a. Zahlungsfristen</w:t>
            </w:r>
            <w:r>
              <w:rPr>
                <w:sz w:val="16"/>
              </w:rPr>
              <w:br/>
              <w:t>Frühbucherzahlung bis 15.03.2026, Normalpreis bis 25.03.2026; bei Verzug Platzvergabe/Frühbucherentfall möglich.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7. Haftung</w:t>
            </w:r>
            <w:r>
              <w:rPr>
                <w:sz w:val="16"/>
              </w:rPr>
              <w:br/>
              <w:t>Haftung nur bei Vorsatz/grober Fahrlässigkeit; keine Haftung für mitgebrachte Gegenstände.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8. Datenschutz/Medien</w:t>
            </w:r>
            <w:r>
              <w:rPr>
                <w:sz w:val="16"/>
              </w:rPr>
              <w:br/>
              <w:t xml:space="preserve">Es gelten die im Formular genannten Datenschutzhinweise und </w:t>
            </w:r>
            <w:r>
              <w:rPr>
                <w:sz w:val="16"/>
              </w:rPr>
              <w:t>Einwilligungen.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  <w:t>9. Schlussbestimmungen</w:t>
            </w:r>
            <w:r>
              <w:rPr>
                <w:sz w:val="16"/>
              </w:rPr>
              <w:br/>
              <w:t>Unwirksamkeit einzelner Klauseln berührt die übrigen Regelungen nicht.</w:t>
            </w:r>
          </w:p>
        </w:tc>
      </w:tr>
    </w:tbl>
    <w:p w14:paraId="3B321C7C" w14:textId="77777777" w:rsidR="002C514C" w:rsidRDefault="002C514C"/>
    <w:sectPr w:rsidR="002C514C" w:rsidSect="00034616">
      <w:pgSz w:w="12240" w:h="15840"/>
      <w:pgMar w:top="680" w:right="850" w:bottom="680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4591903">
    <w:abstractNumId w:val="8"/>
  </w:num>
  <w:num w:numId="2" w16cid:durableId="1308323174">
    <w:abstractNumId w:val="6"/>
  </w:num>
  <w:num w:numId="3" w16cid:durableId="1422722119">
    <w:abstractNumId w:val="5"/>
  </w:num>
  <w:num w:numId="4" w16cid:durableId="1193376022">
    <w:abstractNumId w:val="4"/>
  </w:num>
  <w:num w:numId="5" w16cid:durableId="1511869513">
    <w:abstractNumId w:val="7"/>
  </w:num>
  <w:num w:numId="6" w16cid:durableId="2024015433">
    <w:abstractNumId w:val="3"/>
  </w:num>
  <w:num w:numId="7" w16cid:durableId="2029136893">
    <w:abstractNumId w:val="2"/>
  </w:num>
  <w:num w:numId="8" w16cid:durableId="1712412229">
    <w:abstractNumId w:val="1"/>
  </w:num>
  <w:num w:numId="9" w16cid:durableId="1090128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C514C"/>
    <w:rsid w:val="00326F90"/>
    <w:rsid w:val="003A1033"/>
    <w:rsid w:val="005D5D6A"/>
    <w:rsid w:val="00AA1D8D"/>
    <w:rsid w:val="00B47730"/>
    <w:rsid w:val="00CB0664"/>
    <w:rsid w:val="00F86F7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2980D8"/>
  <w14:defaultImageDpi w14:val="300"/>
  <w15:docId w15:val="{C5040BD6-A534-4BAA-A465-FB582F90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3240</Characters>
  <Application>Microsoft Office Word</Application>
  <DocSecurity>0</DocSecurity>
  <Lines>129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Stefan Becker</cp:lastModifiedBy>
  <cp:revision>2</cp:revision>
  <dcterms:created xsi:type="dcterms:W3CDTF">2026-02-11T10:42:00Z</dcterms:created>
  <dcterms:modified xsi:type="dcterms:W3CDTF">2026-02-11T10:42:00Z</dcterms:modified>
  <cp:category/>
</cp:coreProperties>
</file>