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FFE9" w14:textId="4C20E688" w:rsidR="00327459" w:rsidRDefault="00327459">
      <w:pPr>
        <w:spacing w:after="120"/>
        <w:jc w:val="center"/>
      </w:pPr>
    </w:p>
    <w:p w14:paraId="0ECA490C" w14:textId="77777777" w:rsidR="00327459" w:rsidRDefault="003368B4">
      <w:pPr>
        <w:spacing w:after="160"/>
        <w:jc w:val="center"/>
      </w:pPr>
      <w:r>
        <w:rPr>
          <w:noProof/>
        </w:rPr>
        <w:drawing>
          <wp:inline distT="0" distB="0" distL="0" distR="0" wp14:anchorId="2E11E563" wp14:editId="7F99C261">
            <wp:extent cx="6552000" cy="491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. Juni 2026, 12_06_1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49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FB66" w14:textId="77777777" w:rsidR="00327459" w:rsidRPr="00A826CB" w:rsidRDefault="003368B4">
      <w:pPr>
        <w:spacing w:after="120"/>
        <w:rPr>
          <w:lang w:val="de-DE"/>
        </w:rPr>
      </w:pPr>
      <w:r w:rsidRPr="00A826CB">
        <w:rPr>
          <w:b/>
          <w:lang w:val="de-DE"/>
        </w:rPr>
        <w:t xml:space="preserve">Open MT - Offenes Mannschaftstraining </w:t>
      </w:r>
      <w:r w:rsidRPr="00A826CB">
        <w:rPr>
          <w:lang w:val="de-DE"/>
        </w:rPr>
        <w:t>richtet sich an Mannschaftsspieler der Herrenmannschaften sowie an Jugendliche ab 16 Jahren. Der Schwerpunkt liegt auf taktischen Spielsituationen, Matchpraxis und mannschaftsorientierten Trainingsformen.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4"/>
      </w:tblGrid>
      <w:tr w:rsidR="00327459" w14:paraId="1502E860" w14:textId="77777777">
        <w:trPr>
          <w:jc w:val="center"/>
        </w:trPr>
        <w:tc>
          <w:tcPr>
            <w:tcW w:w="2164" w:type="dxa"/>
            <w:shd w:val="clear" w:color="auto" w:fill="F8F8F8"/>
            <w:vAlign w:val="center"/>
          </w:tcPr>
          <w:p w14:paraId="009927B7" w14:textId="77777777" w:rsidR="00327459" w:rsidRDefault="003368B4">
            <w:pPr>
              <w:spacing w:after="0"/>
              <w:jc w:val="center"/>
            </w:pPr>
            <w:r>
              <w:rPr>
                <w:b/>
                <w:color w:val="000000"/>
                <w:sz w:val="17"/>
              </w:rPr>
              <w:t>Termin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0E9538AE" w14:textId="77777777" w:rsidR="00327459" w:rsidRDefault="003368B4">
            <w:pPr>
              <w:spacing w:after="0"/>
              <w:jc w:val="center"/>
            </w:pPr>
            <w:r>
              <w:rPr>
                <w:b/>
                <w:color w:val="000000"/>
                <w:sz w:val="17"/>
              </w:rPr>
              <w:t>Trainingsform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0DAC15BC" w14:textId="77777777" w:rsidR="00327459" w:rsidRDefault="003368B4">
            <w:pPr>
              <w:spacing w:after="0"/>
              <w:jc w:val="center"/>
            </w:pPr>
            <w:r>
              <w:rPr>
                <w:b/>
                <w:color w:val="000000"/>
                <w:sz w:val="17"/>
              </w:rPr>
              <w:t>Umfang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1DCA8010" w14:textId="77777777" w:rsidR="00327459" w:rsidRDefault="003368B4">
            <w:pPr>
              <w:spacing w:after="0"/>
              <w:jc w:val="center"/>
            </w:pPr>
            <w:r>
              <w:rPr>
                <w:b/>
                <w:color w:val="000000"/>
                <w:sz w:val="17"/>
              </w:rPr>
              <w:t>Kosten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7C9FAED4" w14:textId="77777777" w:rsidR="00327459" w:rsidRDefault="003368B4">
            <w:pPr>
              <w:spacing w:after="0"/>
              <w:jc w:val="center"/>
            </w:pPr>
            <w:r>
              <w:rPr>
                <w:b/>
                <w:color w:val="000000"/>
                <w:sz w:val="17"/>
              </w:rPr>
              <w:t>Zielgruppe</w:t>
            </w:r>
          </w:p>
        </w:tc>
      </w:tr>
      <w:tr w:rsidR="00327459" w14:paraId="02A92B24" w14:textId="77777777">
        <w:trPr>
          <w:jc w:val="center"/>
        </w:trPr>
        <w:tc>
          <w:tcPr>
            <w:tcW w:w="2164" w:type="dxa"/>
            <w:shd w:val="clear" w:color="auto" w:fill="F8F8F8"/>
            <w:vAlign w:val="center"/>
          </w:tcPr>
          <w:p w14:paraId="2B997595" w14:textId="77777777" w:rsidR="00327459" w:rsidRDefault="003368B4">
            <w:pPr>
              <w:spacing w:after="0"/>
              <w:jc w:val="center"/>
            </w:pPr>
            <w:r>
              <w:rPr>
                <w:color w:val="000000"/>
                <w:sz w:val="16"/>
              </w:rPr>
              <w:t>donnerstags</w:t>
            </w:r>
            <w:r>
              <w:rPr>
                <w:color w:val="000000"/>
                <w:sz w:val="16"/>
              </w:rPr>
              <w:br/>
              <w:t>18:00-19:00 Uhr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39408C47" w14:textId="77777777" w:rsidR="00327459" w:rsidRDefault="003368B4">
            <w:pPr>
              <w:spacing w:after="0"/>
              <w:jc w:val="center"/>
            </w:pPr>
            <w:r>
              <w:rPr>
                <w:color w:val="000000"/>
                <w:sz w:val="16"/>
              </w:rPr>
              <w:t>2 Plätze parallel</w:t>
            </w:r>
            <w:r>
              <w:rPr>
                <w:color w:val="000000"/>
                <w:sz w:val="16"/>
              </w:rPr>
              <w:br/>
              <w:t>unter 1 Trainer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7C524DA4" w14:textId="77777777" w:rsidR="00327459" w:rsidRDefault="003368B4">
            <w:pPr>
              <w:spacing w:after="0"/>
              <w:jc w:val="center"/>
            </w:pPr>
            <w:r>
              <w:rPr>
                <w:color w:val="000000"/>
                <w:sz w:val="16"/>
              </w:rPr>
              <w:t>26 Termine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7C798236" w14:textId="77777777" w:rsidR="00327459" w:rsidRDefault="003368B4">
            <w:pPr>
              <w:spacing w:after="0"/>
              <w:jc w:val="center"/>
            </w:pPr>
            <w:r>
              <w:rPr>
                <w:color w:val="000000"/>
                <w:sz w:val="16"/>
              </w:rPr>
              <w:t>299 EUR pro Person</w:t>
            </w:r>
            <w:r>
              <w:rPr>
                <w:color w:val="000000"/>
                <w:sz w:val="16"/>
              </w:rPr>
              <w:br/>
              <w:t>inkl. Halle &amp; Training</w:t>
            </w:r>
          </w:p>
        </w:tc>
        <w:tc>
          <w:tcPr>
            <w:tcW w:w="2164" w:type="dxa"/>
            <w:shd w:val="clear" w:color="auto" w:fill="F8F8F8"/>
            <w:vAlign w:val="center"/>
          </w:tcPr>
          <w:p w14:paraId="5C8558B6" w14:textId="77777777" w:rsidR="00327459" w:rsidRDefault="003368B4">
            <w:pPr>
              <w:spacing w:after="0"/>
              <w:jc w:val="center"/>
            </w:pPr>
            <w:r>
              <w:rPr>
                <w:color w:val="000000"/>
                <w:sz w:val="16"/>
              </w:rPr>
              <w:t>Herrenmannschaften</w:t>
            </w:r>
            <w:r>
              <w:rPr>
                <w:color w:val="000000"/>
                <w:sz w:val="16"/>
              </w:rPr>
              <w:br/>
              <w:t>und Jugendliche ab 16</w:t>
            </w:r>
          </w:p>
        </w:tc>
      </w:tr>
    </w:tbl>
    <w:p w14:paraId="2EE8C292" w14:textId="77777777" w:rsidR="00327459" w:rsidRDefault="00327459">
      <w:pPr>
        <w:sectPr w:rsidR="00327459">
          <w:footerReference w:type="default" r:id="rId9"/>
          <w:pgSz w:w="12240" w:h="15840"/>
          <w:pgMar w:top="567" w:right="709" w:bottom="567" w:left="709" w:header="720" w:footer="720" w:gutter="0"/>
          <w:cols w:space="720"/>
          <w:docGrid w:linePitch="360"/>
        </w:sectPr>
      </w:pPr>
    </w:p>
    <w:p w14:paraId="0571664D" w14:textId="77777777" w:rsidR="00327459" w:rsidRDefault="003368B4">
      <w:pPr>
        <w:spacing w:after="40"/>
        <w:jc w:val="center"/>
      </w:pPr>
      <w:r>
        <w:rPr>
          <w:b/>
          <w:color w:val="000000"/>
          <w:sz w:val="44"/>
        </w:rPr>
        <w:lastRenderedPageBreak/>
        <w:t>ANMELDEFORMULAR</w:t>
      </w:r>
    </w:p>
    <w:p w14:paraId="6A6E477A" w14:textId="77777777" w:rsidR="00327459" w:rsidRDefault="003368B4">
      <w:pPr>
        <w:spacing w:after="160"/>
        <w:jc w:val="center"/>
      </w:pPr>
      <w:r>
        <w:rPr>
          <w:b/>
          <w:color w:val="777700"/>
          <w:sz w:val="22"/>
        </w:rPr>
        <w:t>Open MT - Offenes Mannschaftstraining | Wintersaison 2026/2027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411"/>
        <w:gridCol w:w="5411"/>
      </w:tblGrid>
      <w:tr w:rsidR="00327459" w14:paraId="095AC4F7" w14:textId="77777777">
        <w:trPr>
          <w:jc w:val="center"/>
        </w:trPr>
        <w:tc>
          <w:tcPr>
            <w:tcW w:w="10822" w:type="dxa"/>
            <w:gridSpan w:val="2"/>
            <w:shd w:val="clear" w:color="auto" w:fill="F2D400"/>
            <w:vAlign w:val="center"/>
          </w:tcPr>
          <w:p w14:paraId="23B8F34E" w14:textId="77777777" w:rsidR="00327459" w:rsidRDefault="003368B4">
            <w:pPr>
              <w:spacing w:after="0"/>
            </w:pPr>
            <w:r>
              <w:rPr>
                <w:b/>
                <w:color w:val="000000"/>
                <w:sz w:val="21"/>
              </w:rPr>
              <w:t>Teilnehmerdaten</w:t>
            </w:r>
          </w:p>
        </w:tc>
      </w:tr>
      <w:tr w:rsidR="00327459" w14:paraId="62DE6894" w14:textId="77777777">
        <w:trPr>
          <w:jc w:val="center"/>
        </w:trPr>
        <w:tc>
          <w:tcPr>
            <w:tcW w:w="5411" w:type="dxa"/>
            <w:vAlign w:val="center"/>
          </w:tcPr>
          <w:p w14:paraId="7A42F219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Name, Vorname: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754E9606" w14:textId="77777777" w:rsidR="00327459" w:rsidRDefault="003368B4">
            <w:pPr>
              <w:spacing w:after="0"/>
            </w:pPr>
            <w:sdt>
              <w:sdtPr>
                <w:alias w:val="Name"/>
                <w:tag w:val="Name"/>
                <w:id w:val="-893660234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{{Name}}</w:t>
                </w:r>
              </w:sdtContent>
            </w:sdt>
          </w:p>
        </w:tc>
      </w:tr>
      <w:tr w:rsidR="00327459" w14:paraId="7EAFB6C2" w14:textId="77777777">
        <w:trPr>
          <w:jc w:val="center"/>
        </w:trPr>
        <w:tc>
          <w:tcPr>
            <w:tcW w:w="5411" w:type="dxa"/>
            <w:vAlign w:val="center"/>
          </w:tcPr>
          <w:p w14:paraId="095ECE1C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Geburtsdatum: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1515C192" w14:textId="77777777" w:rsidR="00327459" w:rsidRDefault="003368B4">
            <w:pPr>
              <w:spacing w:after="0"/>
            </w:pPr>
            <w:sdt>
              <w:sdtPr>
                <w:alias w:val="Geburtsdatum"/>
                <w:tag w:val="Geburtsdatum"/>
                <w:id w:val="1386983698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{{Geburtsdatum}}</w:t>
                </w:r>
              </w:sdtContent>
            </w:sdt>
          </w:p>
        </w:tc>
      </w:tr>
      <w:tr w:rsidR="00327459" w14:paraId="78F4C15E" w14:textId="77777777">
        <w:trPr>
          <w:jc w:val="center"/>
        </w:trPr>
        <w:tc>
          <w:tcPr>
            <w:tcW w:w="5411" w:type="dxa"/>
            <w:vAlign w:val="center"/>
          </w:tcPr>
          <w:p w14:paraId="36031D93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Telefon / Mobil: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309255DD" w14:textId="77777777" w:rsidR="00327459" w:rsidRDefault="003368B4">
            <w:pPr>
              <w:spacing w:after="0"/>
            </w:pPr>
            <w:sdt>
              <w:sdtPr>
                <w:alias w:val="Telefon"/>
                <w:tag w:val="Telefon"/>
                <w:id w:val="1738272504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{{Telefon}}</w:t>
                </w:r>
              </w:sdtContent>
            </w:sdt>
          </w:p>
        </w:tc>
      </w:tr>
      <w:tr w:rsidR="00327459" w14:paraId="5C7A08D1" w14:textId="77777777">
        <w:trPr>
          <w:jc w:val="center"/>
        </w:trPr>
        <w:tc>
          <w:tcPr>
            <w:tcW w:w="5411" w:type="dxa"/>
            <w:vAlign w:val="center"/>
          </w:tcPr>
          <w:p w14:paraId="60AB3B4B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E-Mail: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240E87BC" w14:textId="77777777" w:rsidR="00327459" w:rsidRDefault="003368B4">
            <w:pPr>
              <w:spacing w:after="0"/>
            </w:pPr>
            <w:sdt>
              <w:sdtPr>
                <w:alias w:val="Email"/>
                <w:tag w:val="Email"/>
                <w:id w:val="32083717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{{Email}}</w:t>
                </w:r>
              </w:sdtContent>
            </w:sdt>
          </w:p>
        </w:tc>
      </w:tr>
      <w:tr w:rsidR="00327459" w:rsidRPr="00A826CB" w14:paraId="57B522C7" w14:textId="77777777">
        <w:trPr>
          <w:jc w:val="center"/>
        </w:trPr>
        <w:tc>
          <w:tcPr>
            <w:tcW w:w="5411" w:type="dxa"/>
            <w:vAlign w:val="center"/>
          </w:tcPr>
          <w:p w14:paraId="50B12BBE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Mannschaft / Altersklasse:</w:t>
            </w:r>
          </w:p>
        </w:tc>
        <w:tc>
          <w:tcPr>
            <w:tcW w:w="5411" w:type="dxa"/>
            <w:vAlign w:val="center"/>
          </w:tcPr>
          <w:p w14:paraId="37E7EE7E" w14:textId="77777777" w:rsidR="00327459" w:rsidRPr="00A826CB" w:rsidRDefault="003368B4">
            <w:pPr>
              <w:spacing w:after="0"/>
              <w:rPr>
                <w:lang w:val="de-DE"/>
              </w:rPr>
            </w:pPr>
            <w:r w:rsidRPr="00A826CB">
              <w:rPr>
                <w:color w:val="000000"/>
                <w:sz w:val="17"/>
                <w:lang w:val="de-DE"/>
              </w:rPr>
              <w:t>☐</w:t>
            </w:r>
            <w:r w:rsidRPr="00A826CB">
              <w:rPr>
                <w:color w:val="000000"/>
                <w:sz w:val="17"/>
                <w:lang w:val="de-DE"/>
              </w:rPr>
              <w:t xml:space="preserve"> H30     ☐ H40     ☐ H65     ☐ H70     ☐ Jugendlicher ab 16 Jahren     ☐ Sonstige: ___________________</w:t>
            </w:r>
          </w:p>
        </w:tc>
      </w:tr>
    </w:tbl>
    <w:p w14:paraId="5B03FF50" w14:textId="77777777" w:rsidR="00327459" w:rsidRPr="00A826CB" w:rsidRDefault="00327459">
      <w:pPr>
        <w:spacing w:after="40"/>
        <w:rPr>
          <w:lang w:val="de-DE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0822"/>
      </w:tblGrid>
      <w:tr w:rsidR="00327459" w14:paraId="4EDAD385" w14:textId="77777777">
        <w:trPr>
          <w:jc w:val="center"/>
        </w:trPr>
        <w:tc>
          <w:tcPr>
            <w:tcW w:w="10822" w:type="dxa"/>
            <w:shd w:val="clear" w:color="auto" w:fill="F2D400"/>
            <w:vAlign w:val="center"/>
          </w:tcPr>
          <w:p w14:paraId="436683CB" w14:textId="77777777" w:rsidR="00327459" w:rsidRDefault="003368B4">
            <w:pPr>
              <w:spacing w:after="0"/>
            </w:pPr>
            <w:proofErr w:type="spellStart"/>
            <w:r>
              <w:rPr>
                <w:b/>
                <w:color w:val="000000"/>
                <w:sz w:val="21"/>
              </w:rPr>
              <w:t>Verfügbarkeit</w:t>
            </w:r>
            <w:proofErr w:type="spellEnd"/>
            <w:r>
              <w:rPr>
                <w:b/>
                <w:color w:val="000000"/>
                <w:sz w:val="21"/>
              </w:rPr>
              <w:t xml:space="preserve"> / </w:t>
            </w:r>
            <w:proofErr w:type="spellStart"/>
            <w:r>
              <w:rPr>
                <w:b/>
                <w:color w:val="000000"/>
                <w:sz w:val="21"/>
              </w:rPr>
              <w:t>Einteilung</w:t>
            </w:r>
            <w:proofErr w:type="spellEnd"/>
          </w:p>
        </w:tc>
      </w:tr>
    </w:tbl>
    <w:p w14:paraId="3BF167D0" w14:textId="77777777" w:rsidR="00327459" w:rsidRPr="00A826CB" w:rsidRDefault="003368B4">
      <w:pPr>
        <w:spacing w:after="60"/>
        <w:rPr>
          <w:lang w:val="de-DE"/>
        </w:rPr>
      </w:pPr>
      <w:r w:rsidRPr="00A826CB">
        <w:rPr>
          <w:color w:val="000000"/>
          <w:sz w:val="18"/>
          <w:lang w:val="de-DE"/>
        </w:rPr>
        <w:t>Ich nehme bevorzugt am Training teil:   ☐ donnerstags, 18:00-19:00 Uhr</w:t>
      </w:r>
    </w:p>
    <w:p w14:paraId="37286FE1" w14:textId="77777777" w:rsidR="00327459" w:rsidRPr="00A826CB" w:rsidRDefault="003368B4">
      <w:pPr>
        <w:spacing w:after="60"/>
        <w:rPr>
          <w:lang w:val="de-DE"/>
        </w:rPr>
      </w:pPr>
      <w:r w:rsidRPr="00A826CB">
        <w:rPr>
          <w:color w:val="000000"/>
          <w:sz w:val="18"/>
          <w:lang w:val="de-DE"/>
        </w:rPr>
        <w:t>Falls eine weitere Stunde angeboten wird, wäre ich grundsätzlich auch flexibel:   ☐ ja     ☐ nein     ☐ nach Rücksprache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411"/>
        <w:gridCol w:w="5411"/>
      </w:tblGrid>
      <w:tr w:rsidR="00327459" w14:paraId="6396B431" w14:textId="77777777">
        <w:tc>
          <w:tcPr>
            <w:tcW w:w="5411" w:type="dxa"/>
            <w:vAlign w:val="center"/>
          </w:tcPr>
          <w:p w14:paraId="2558D1FF" w14:textId="77777777" w:rsidR="00327459" w:rsidRPr="00A826CB" w:rsidRDefault="003368B4">
            <w:pPr>
              <w:spacing w:after="0"/>
              <w:rPr>
                <w:lang w:val="de-DE"/>
              </w:rPr>
            </w:pPr>
            <w:r w:rsidRPr="00A826CB">
              <w:rPr>
                <w:color w:val="000000"/>
                <w:sz w:val="18"/>
                <w:lang w:val="de-DE"/>
              </w:rPr>
              <w:t>Hinweise zur Einteilung / Spielstärke / Mannschaft: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5B7CF382" w14:textId="77777777" w:rsidR="00327459" w:rsidRDefault="003368B4">
            <w:pPr>
              <w:spacing w:after="0"/>
            </w:pPr>
            <w:sdt>
              <w:sdtPr>
                <w:alias w:val="Hinweise"/>
                <w:tag w:val="Hinweise"/>
                <w:id w:val="472192659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</w:t>
                </w:r>
                <w:proofErr w:type="spellStart"/>
                <w:r>
                  <w:rPr>
                    <w:color w:val="777777"/>
                    <w:sz w:val="18"/>
                  </w:rPr>
                  <w:t>Hinweise</w:t>
                </w:r>
                <w:proofErr w:type="spellEnd"/>
                <w:r>
                  <w:rPr>
                    <w:color w:val="777777"/>
                    <w:sz w:val="18"/>
                  </w:rPr>
                  <w:t>}}</w:t>
                </w:r>
              </w:sdtContent>
            </w:sdt>
          </w:p>
        </w:tc>
      </w:tr>
      <w:tr w:rsidR="00327459" w14:paraId="060B713A" w14:textId="77777777">
        <w:tc>
          <w:tcPr>
            <w:tcW w:w="5411" w:type="dxa"/>
            <w:vAlign w:val="center"/>
          </w:tcPr>
          <w:p w14:paraId="278BA035" w14:textId="77777777" w:rsidR="00327459" w:rsidRDefault="00327459">
            <w:pPr>
              <w:spacing w:after="0"/>
            </w:pP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328DD404" w14:textId="77777777" w:rsidR="00327459" w:rsidRDefault="003368B4">
            <w:pPr>
              <w:spacing w:after="0"/>
            </w:pPr>
            <w:sdt>
              <w:sdtPr>
                <w:alias w:val="Hinweise2"/>
                <w:tag w:val="Hinweise2"/>
                <w:id w:val="1330799115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{{Hinweise2}}</w:t>
                </w:r>
              </w:sdtContent>
            </w:sdt>
          </w:p>
        </w:tc>
      </w:tr>
    </w:tbl>
    <w:p w14:paraId="00037466" w14:textId="77777777" w:rsidR="00327459" w:rsidRDefault="00327459">
      <w:pPr>
        <w:spacing w:after="4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0822"/>
      </w:tblGrid>
      <w:tr w:rsidR="00327459" w14:paraId="3544C7A5" w14:textId="77777777">
        <w:trPr>
          <w:jc w:val="center"/>
        </w:trPr>
        <w:tc>
          <w:tcPr>
            <w:tcW w:w="10822" w:type="dxa"/>
            <w:shd w:val="clear" w:color="auto" w:fill="F2D400"/>
            <w:vAlign w:val="center"/>
          </w:tcPr>
          <w:p w14:paraId="1F95149E" w14:textId="77777777" w:rsidR="00327459" w:rsidRDefault="003368B4">
            <w:pPr>
              <w:spacing w:after="0"/>
            </w:pPr>
            <w:r>
              <w:rPr>
                <w:b/>
                <w:color w:val="000000"/>
                <w:sz w:val="21"/>
              </w:rPr>
              <w:t>WhatsApp-Gruppe</w:t>
            </w:r>
          </w:p>
        </w:tc>
      </w:tr>
    </w:tbl>
    <w:p w14:paraId="2AABC8DE" w14:textId="77777777" w:rsidR="00327459" w:rsidRPr="00A826CB" w:rsidRDefault="003368B4">
      <w:pPr>
        <w:spacing w:after="100"/>
        <w:rPr>
          <w:lang w:val="de-DE"/>
        </w:rPr>
      </w:pPr>
      <w:r w:rsidRPr="00A826CB">
        <w:rPr>
          <w:color w:val="000000"/>
          <w:sz w:val="18"/>
          <w:lang w:val="de-DE"/>
        </w:rPr>
        <w:t>Zur Organisation des Trainings darf meine Mobilnummer in eine WhatsApp-Gruppe aufgenommen werden:   ☐ ja     ☐ nein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411"/>
        <w:gridCol w:w="5411"/>
      </w:tblGrid>
      <w:tr w:rsidR="00327459" w14:paraId="5A0422E3" w14:textId="77777777">
        <w:trPr>
          <w:jc w:val="center"/>
        </w:trPr>
        <w:tc>
          <w:tcPr>
            <w:tcW w:w="10822" w:type="dxa"/>
            <w:gridSpan w:val="2"/>
            <w:shd w:val="clear" w:color="auto" w:fill="F2D400"/>
            <w:vAlign w:val="center"/>
          </w:tcPr>
          <w:p w14:paraId="1B45A629" w14:textId="77777777" w:rsidR="00327459" w:rsidRDefault="003368B4">
            <w:pPr>
              <w:spacing w:after="0"/>
            </w:pPr>
            <w:r>
              <w:rPr>
                <w:b/>
                <w:color w:val="000000"/>
                <w:sz w:val="21"/>
              </w:rPr>
              <w:t xml:space="preserve">Bei </w:t>
            </w:r>
            <w:proofErr w:type="spellStart"/>
            <w:r>
              <w:rPr>
                <w:b/>
                <w:color w:val="000000"/>
                <w:sz w:val="21"/>
              </w:rPr>
              <w:t>Jugendlichen</w:t>
            </w:r>
            <w:proofErr w:type="spellEnd"/>
            <w:r>
              <w:rPr>
                <w:b/>
                <w:color w:val="000000"/>
                <w:sz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</w:rPr>
              <w:t>unter</w:t>
            </w:r>
            <w:proofErr w:type="spellEnd"/>
            <w:r>
              <w:rPr>
                <w:b/>
                <w:color w:val="000000"/>
                <w:sz w:val="21"/>
              </w:rPr>
              <w:t xml:space="preserve"> 18 Jahren</w:t>
            </w:r>
          </w:p>
        </w:tc>
      </w:tr>
      <w:tr w:rsidR="00327459" w14:paraId="112B323F" w14:textId="77777777">
        <w:tblPrEx>
          <w:jc w:val="left"/>
        </w:tblPrEx>
        <w:tc>
          <w:tcPr>
            <w:tcW w:w="5411" w:type="dxa"/>
            <w:vAlign w:val="center"/>
          </w:tcPr>
          <w:p w14:paraId="6BBB3232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Name eines Erziehungsberechtigten: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07819484" w14:textId="77777777" w:rsidR="00327459" w:rsidRDefault="003368B4">
            <w:pPr>
              <w:spacing w:after="0"/>
            </w:pPr>
            <w:sdt>
              <w:sdtPr>
                <w:alias w:val="Erziehungsberechtigter"/>
                <w:tag w:val="Erziehungsberechtigter"/>
                <w:id w:val="-1586378267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{{Erziehungsberechtigter}}</w:t>
                </w:r>
              </w:sdtContent>
            </w:sdt>
          </w:p>
        </w:tc>
      </w:tr>
      <w:tr w:rsidR="00327459" w14:paraId="20C64510" w14:textId="77777777">
        <w:tblPrEx>
          <w:jc w:val="left"/>
        </w:tblPrEx>
        <w:tc>
          <w:tcPr>
            <w:tcW w:w="5411" w:type="dxa"/>
            <w:vAlign w:val="center"/>
          </w:tcPr>
          <w:p w14:paraId="41334765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Telefon / Mobil: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6746C37B" w14:textId="77777777" w:rsidR="00327459" w:rsidRDefault="003368B4">
            <w:pPr>
              <w:spacing w:after="0"/>
            </w:pPr>
            <w:sdt>
              <w:sdtPr>
                <w:alias w:val="Telefon_Erziehungsberechtigter"/>
                <w:tag w:val="Telefon_Erziehungsberechtigter"/>
                <w:id w:val="-1108803067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{{Telefon_Erziehungsberechtigter}}</w:t>
                </w:r>
              </w:sdtContent>
            </w:sdt>
          </w:p>
        </w:tc>
      </w:tr>
      <w:tr w:rsidR="00327459" w14:paraId="7A777EF3" w14:textId="77777777">
        <w:tblPrEx>
          <w:jc w:val="left"/>
        </w:tblPrEx>
        <w:tc>
          <w:tcPr>
            <w:tcW w:w="5411" w:type="dxa"/>
            <w:vAlign w:val="center"/>
          </w:tcPr>
          <w:p w14:paraId="7154488E" w14:textId="77777777" w:rsidR="00327459" w:rsidRDefault="003368B4">
            <w:pPr>
              <w:spacing w:after="0"/>
            </w:pPr>
            <w:r>
              <w:rPr>
                <w:color w:val="000000"/>
                <w:sz w:val="18"/>
              </w:rPr>
              <w:t>E-Mail:</w:t>
            </w:r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4970764F" w14:textId="77777777" w:rsidR="00327459" w:rsidRDefault="003368B4">
            <w:pPr>
              <w:spacing w:after="0"/>
            </w:pPr>
            <w:sdt>
              <w:sdtPr>
                <w:alias w:val="Email_Erziehungsberechtigter"/>
                <w:tag w:val="Email_Erziehungsberechtigter"/>
                <w:id w:val="-1278322232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{{Email_Erziehungsberechtigter}}</w:t>
                </w:r>
              </w:sdtContent>
            </w:sdt>
          </w:p>
        </w:tc>
      </w:tr>
    </w:tbl>
    <w:p w14:paraId="554E30B4" w14:textId="77777777" w:rsidR="00327459" w:rsidRPr="00A826CB" w:rsidRDefault="003368B4">
      <w:pPr>
        <w:spacing w:after="100"/>
        <w:rPr>
          <w:lang w:val="de-DE"/>
        </w:rPr>
      </w:pPr>
      <w:r w:rsidRPr="00A826CB">
        <w:rPr>
          <w:color w:val="000000"/>
          <w:sz w:val="18"/>
          <w:lang w:val="de-DE"/>
        </w:rPr>
        <w:t>Ich bin mit der Teilnahme meines Kindes am Open MT einverstanden:   ☐ ja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0822"/>
      </w:tblGrid>
      <w:tr w:rsidR="00327459" w14:paraId="67A169DC" w14:textId="77777777">
        <w:trPr>
          <w:jc w:val="center"/>
        </w:trPr>
        <w:tc>
          <w:tcPr>
            <w:tcW w:w="10822" w:type="dxa"/>
            <w:shd w:val="clear" w:color="auto" w:fill="F2D400"/>
            <w:vAlign w:val="center"/>
          </w:tcPr>
          <w:p w14:paraId="33AF501E" w14:textId="77777777" w:rsidR="00327459" w:rsidRDefault="003368B4">
            <w:pPr>
              <w:spacing w:after="0"/>
            </w:pPr>
            <w:proofErr w:type="spellStart"/>
            <w:r>
              <w:rPr>
                <w:b/>
                <w:color w:val="000000"/>
                <w:sz w:val="21"/>
              </w:rPr>
              <w:t>Verbindliche</w:t>
            </w:r>
            <w:proofErr w:type="spellEnd"/>
            <w:r>
              <w:rPr>
                <w:b/>
                <w:color w:val="000000"/>
                <w:sz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</w:rPr>
              <w:t>Anmeldung</w:t>
            </w:r>
            <w:proofErr w:type="spellEnd"/>
          </w:p>
        </w:tc>
      </w:tr>
    </w:tbl>
    <w:p w14:paraId="36670A65" w14:textId="77777777" w:rsidR="00327459" w:rsidRPr="00A826CB" w:rsidRDefault="003368B4">
      <w:pPr>
        <w:spacing w:after="40"/>
        <w:rPr>
          <w:lang w:val="de-DE"/>
        </w:rPr>
      </w:pPr>
      <w:r w:rsidRPr="00A826CB">
        <w:rPr>
          <w:color w:val="000000"/>
          <w:sz w:val="17"/>
          <w:lang w:val="de-DE"/>
        </w:rPr>
        <w:t>Hiermit melde ich mich verbindlich für das Open MT - Offenes Mannschaftstraining in der Wintersaison 2026/2027 beim TC 82 e. V. Erkrath an.</w:t>
      </w:r>
    </w:p>
    <w:p w14:paraId="2A0686A1" w14:textId="77777777" w:rsidR="00327459" w:rsidRPr="00A826CB" w:rsidRDefault="003368B4">
      <w:pPr>
        <w:spacing w:after="160"/>
        <w:rPr>
          <w:lang w:val="de-DE"/>
        </w:rPr>
      </w:pPr>
      <w:r w:rsidRPr="00A826CB">
        <w:rPr>
          <w:color w:val="000000"/>
          <w:sz w:val="17"/>
          <w:lang w:val="de-DE"/>
        </w:rPr>
        <w:t>Mir ist bekannt, dass die Teilnahmegebühr 299 EUR pro Person beträgt und das Training bei Erreichen der Mindestteilnehmerzahl von 8 Spielern stattfindet. Die Einteilung der Gruppen erfolgt nach Möglichkeit unter Berücksichtigung von Spielstärke, Mannschaft und Anmeldelage.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411"/>
        <w:gridCol w:w="5411"/>
      </w:tblGrid>
      <w:tr w:rsidR="00327459" w14:paraId="4228A393" w14:textId="77777777">
        <w:trPr>
          <w:jc w:val="center"/>
        </w:trPr>
        <w:tc>
          <w:tcPr>
            <w:tcW w:w="5411" w:type="dxa"/>
            <w:vAlign w:val="center"/>
          </w:tcPr>
          <w:p w14:paraId="5767A255" w14:textId="77777777" w:rsidR="00327459" w:rsidRDefault="003368B4">
            <w:pPr>
              <w:spacing w:after="0"/>
            </w:pPr>
            <w:r>
              <w:rPr>
                <w:color w:val="000000"/>
                <w:sz w:val="16"/>
              </w:rPr>
              <w:t>Ort, Datum</w:t>
            </w:r>
          </w:p>
        </w:tc>
        <w:tc>
          <w:tcPr>
            <w:tcW w:w="5411" w:type="dxa"/>
            <w:vAlign w:val="center"/>
          </w:tcPr>
          <w:p w14:paraId="3DCB7A89" w14:textId="77777777" w:rsidR="00327459" w:rsidRDefault="003368B4">
            <w:pPr>
              <w:spacing w:after="0"/>
            </w:pPr>
            <w:r>
              <w:rPr>
                <w:color w:val="000000"/>
                <w:sz w:val="16"/>
              </w:rPr>
              <w:t>Unterschrift Teilnehmer</w:t>
            </w:r>
          </w:p>
        </w:tc>
      </w:tr>
      <w:tr w:rsidR="00327459" w14:paraId="05139242" w14:textId="77777777">
        <w:trPr>
          <w:jc w:val="center"/>
        </w:trPr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2C181505" w14:textId="77777777" w:rsidR="00327459" w:rsidRDefault="003368B4">
            <w:pPr>
              <w:spacing w:after="0"/>
            </w:pPr>
            <w:sdt>
              <w:sdtPr>
                <w:alias w:val="Ort_Datum"/>
                <w:tag w:val="Ort_Datum"/>
                <w:id w:val="-1712490041"/>
                <w:text/>
              </w:sdtPr>
              <w:sdtEndPr/>
              <w:sdtContent>
                <w:r>
                  <w:rPr>
                    <w:color w:val="777777"/>
                    <w:sz w:val="18"/>
                  </w:rPr>
                  <w:t>{{Ort_Datum}}</w:t>
                </w:r>
              </w:sdtContent>
            </w:sdt>
          </w:p>
        </w:tc>
        <w:tc>
          <w:tcPr>
            <w:tcW w:w="5411" w:type="dxa"/>
            <w:tcBorders>
              <w:bottom w:val="single" w:sz="8" w:space="0" w:color="B8B8B8"/>
            </w:tcBorders>
            <w:vAlign w:val="center"/>
          </w:tcPr>
          <w:p w14:paraId="32EB39C2" w14:textId="77777777" w:rsidR="00327459" w:rsidRDefault="00327459">
            <w:pPr>
              <w:spacing w:after="0"/>
            </w:pPr>
          </w:p>
        </w:tc>
      </w:tr>
    </w:tbl>
    <w:p w14:paraId="5ADEAC17" w14:textId="77777777" w:rsidR="00327459" w:rsidRPr="00A826CB" w:rsidRDefault="003368B4">
      <w:pPr>
        <w:spacing w:after="140"/>
        <w:rPr>
          <w:lang w:val="de-DE"/>
        </w:rPr>
      </w:pPr>
      <w:r w:rsidRPr="00A826CB">
        <w:rPr>
          <w:color w:val="000000"/>
          <w:sz w:val="17"/>
          <w:lang w:val="de-DE"/>
        </w:rPr>
        <w:t>Bei Minderjährigen: Unterschrift Erziehungsberechtigte/r: ______________________________________________</w:t>
      </w:r>
    </w:p>
    <w:p w14:paraId="6C30E83A" w14:textId="77777777" w:rsidR="00C91BB8" w:rsidRDefault="00C91BB8"/>
    <w:sectPr w:rsidR="00C91BB8" w:rsidSect="00034616">
      <w:pgSz w:w="12240" w:h="15840"/>
      <w:pgMar w:top="567" w:right="709" w:bottom="567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30962" w14:textId="77777777" w:rsidR="003368B4" w:rsidRDefault="003368B4">
      <w:pPr>
        <w:spacing w:after="0" w:line="240" w:lineRule="auto"/>
      </w:pPr>
      <w:r>
        <w:separator/>
      </w:r>
    </w:p>
  </w:endnote>
  <w:endnote w:type="continuationSeparator" w:id="0">
    <w:p w14:paraId="49D6AA61" w14:textId="77777777" w:rsidR="003368B4" w:rsidRDefault="00336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D5CF2" w14:textId="77777777" w:rsidR="00327459" w:rsidRDefault="003368B4">
    <w:pPr>
      <w:pStyle w:val="Fuzeile"/>
      <w:jc w:val="center"/>
    </w:pPr>
    <w:r>
      <w:rPr>
        <w:color w:val="6E6E6E"/>
        <w:sz w:val="16"/>
      </w:rPr>
      <w:t xml:space="preserve">TC 82 e. V. </w:t>
    </w:r>
    <w:proofErr w:type="spellStart"/>
    <w:r>
      <w:rPr>
        <w:color w:val="6E6E6E"/>
        <w:sz w:val="16"/>
      </w:rPr>
      <w:t>Erkrath</w:t>
    </w:r>
    <w:proofErr w:type="spellEnd"/>
    <w:r>
      <w:rPr>
        <w:color w:val="6E6E6E"/>
        <w:sz w:val="16"/>
      </w:rPr>
      <w:t xml:space="preserve"> | Open MT | </w:t>
    </w:r>
    <w:proofErr w:type="spellStart"/>
    <w:r>
      <w:rPr>
        <w:color w:val="6E6E6E"/>
        <w:sz w:val="16"/>
      </w:rPr>
      <w:t>Wintersaison</w:t>
    </w:r>
    <w:proofErr w:type="spellEnd"/>
    <w:r>
      <w:rPr>
        <w:color w:val="6E6E6E"/>
        <w:sz w:val="16"/>
      </w:rPr>
      <w:t xml:space="preserve"> 2026/2027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0D13B" w14:textId="77777777" w:rsidR="003368B4" w:rsidRDefault="003368B4">
      <w:pPr>
        <w:spacing w:after="0" w:line="240" w:lineRule="auto"/>
      </w:pPr>
      <w:r>
        <w:separator/>
      </w:r>
    </w:p>
  </w:footnote>
  <w:footnote w:type="continuationSeparator" w:id="0">
    <w:p w14:paraId="042F59D6" w14:textId="77777777" w:rsidR="003368B4" w:rsidRDefault="00336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45841875">
    <w:abstractNumId w:val="8"/>
  </w:num>
  <w:num w:numId="2" w16cid:durableId="644967355">
    <w:abstractNumId w:val="6"/>
  </w:num>
  <w:num w:numId="3" w16cid:durableId="1148744185">
    <w:abstractNumId w:val="5"/>
  </w:num>
  <w:num w:numId="4" w16cid:durableId="460072759">
    <w:abstractNumId w:val="4"/>
  </w:num>
  <w:num w:numId="5" w16cid:durableId="1742289103">
    <w:abstractNumId w:val="7"/>
  </w:num>
  <w:num w:numId="6" w16cid:durableId="375861828">
    <w:abstractNumId w:val="3"/>
  </w:num>
  <w:num w:numId="7" w16cid:durableId="1510369232">
    <w:abstractNumId w:val="2"/>
  </w:num>
  <w:num w:numId="8" w16cid:durableId="2013947171">
    <w:abstractNumId w:val="1"/>
  </w:num>
  <w:num w:numId="9" w16cid:durableId="305858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6502A"/>
    <w:rsid w:val="0029639D"/>
    <w:rsid w:val="00326F90"/>
    <w:rsid w:val="00327459"/>
    <w:rsid w:val="003368B4"/>
    <w:rsid w:val="003F6D5B"/>
    <w:rsid w:val="009B12DB"/>
    <w:rsid w:val="00A826CB"/>
    <w:rsid w:val="00AA1D8D"/>
    <w:rsid w:val="00B47730"/>
    <w:rsid w:val="00C91BB8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00202"/>
  <w14:defaultImageDpi w14:val="300"/>
  <w15:docId w15:val="{06F43FDC-FE6E-49D6-9BEA-ECDE88BF8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rFonts w:ascii="Arial" w:eastAsia="Arial" w:hAnsi="Arial"/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1763</Characters>
  <Application>Microsoft Office Word</Application>
  <DocSecurity>0</DocSecurity>
  <Lines>61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Stefan Becker</cp:lastModifiedBy>
  <cp:revision>2</cp:revision>
  <dcterms:created xsi:type="dcterms:W3CDTF">2026-06-01T11:10:00Z</dcterms:created>
  <dcterms:modified xsi:type="dcterms:W3CDTF">2026-06-01T11:10:00Z</dcterms:modified>
  <cp:category/>
</cp:coreProperties>
</file>